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26DEF" w14:textId="77777777" w:rsidR="00DE793C" w:rsidRPr="00837529" w:rsidRDefault="0053232A">
      <w:pPr>
        <w:spacing w:after="140"/>
        <w:jc w:val="center"/>
        <w:rPr>
          <w:lang w:val="pl-PL"/>
        </w:rPr>
      </w:pPr>
      <w:r w:rsidRPr="00837529">
        <w:rPr>
          <w:noProof/>
          <w:lang w:val="pl-PL"/>
        </w:rPr>
        <w:drawing>
          <wp:inline distT="0" distB="0" distL="0" distR="0" wp14:anchorId="6954CD5C" wp14:editId="75572506">
            <wp:extent cx="6372000" cy="9692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2324287-ffa7-45e1-9e2e-2b9faef8dd3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96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67"/>
        <w:gridCol w:w="1672"/>
        <w:gridCol w:w="4167"/>
      </w:tblGrid>
      <w:tr w:rsidR="00DE793C" w:rsidRPr="00837529" w14:paraId="206C15A0" w14:textId="77777777">
        <w:trPr>
          <w:trHeight w:val="822"/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AA0204C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4C03DF79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Imiona i nazwisko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F2F5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8957E36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1A17DC53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Data urodzenia</w:t>
            </w:r>
          </w:p>
        </w:tc>
      </w:tr>
      <w:tr w:rsidR="00DE793C" w:rsidRPr="00837529" w14:paraId="0780BB89" w14:textId="77777777">
        <w:trPr>
          <w:trHeight w:val="822"/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D865AD0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5656C689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Tytuł naukowy – zawodowy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B620A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1BD0589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4B89FB76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Miejsce urodzenia</w:t>
            </w:r>
          </w:p>
        </w:tc>
      </w:tr>
      <w:tr w:rsidR="00DE793C" w:rsidRPr="00837529" w14:paraId="04C1DD48" w14:textId="77777777">
        <w:trPr>
          <w:trHeight w:val="822"/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A71CD5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5609FBB5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Adres – ulica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30FC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A061269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75FCF7F8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Telefon kontaktowy</w:t>
            </w:r>
          </w:p>
        </w:tc>
      </w:tr>
      <w:tr w:rsidR="00DE793C" w:rsidRPr="00837529" w14:paraId="6BDFDC23" w14:textId="77777777">
        <w:trPr>
          <w:trHeight w:val="822"/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C52D41F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30A06F3F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Kod – miejscowość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9064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0281143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4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0C2B1561" w14:textId="77777777" w:rsidR="00DE793C" w:rsidRPr="00837529" w:rsidRDefault="0053232A">
            <w:pPr>
              <w:keepLines/>
              <w:rPr>
                <w:lang w:val="pl-PL"/>
              </w:rPr>
            </w:pPr>
            <w:r w:rsidRPr="00837529">
              <w:rPr>
                <w:color w:val="232323"/>
                <w:sz w:val="20"/>
                <w:lang w:val="pl-PL"/>
              </w:rPr>
              <w:t>E-mail</w:t>
            </w:r>
          </w:p>
        </w:tc>
      </w:tr>
    </w:tbl>
    <w:p w14:paraId="060D29DF" w14:textId="77777777" w:rsidR="00DE793C" w:rsidRPr="00837529" w:rsidRDefault="00DE793C">
      <w:pPr>
        <w:spacing w:after="160"/>
        <w:rPr>
          <w:lang w:val="pl-PL"/>
        </w:rPr>
      </w:pPr>
    </w:p>
    <w:p w14:paraId="5D171B35" w14:textId="77777777" w:rsidR="00837529" w:rsidRPr="00837529" w:rsidRDefault="00837529">
      <w:pPr>
        <w:spacing w:after="100"/>
        <w:jc w:val="center"/>
        <w:rPr>
          <w:lang w:val="pl-PL"/>
        </w:rPr>
      </w:pPr>
    </w:p>
    <w:p w14:paraId="420C0CEE" w14:textId="2E35B2BF" w:rsidR="00DE793C" w:rsidRPr="00837529" w:rsidRDefault="0053232A">
      <w:pPr>
        <w:spacing w:after="100"/>
        <w:jc w:val="center"/>
        <w:rPr>
          <w:lang w:val="pl-PL"/>
        </w:rPr>
      </w:pPr>
      <w:r w:rsidRPr="00837529">
        <w:rPr>
          <w:lang w:val="pl-PL"/>
        </w:rPr>
        <w:t>Z A R Z Ą D   K R A K O W S K I E G O</w:t>
      </w:r>
    </w:p>
    <w:p w14:paraId="6358D3C9" w14:textId="77777777" w:rsidR="00DE793C" w:rsidRPr="00837529" w:rsidRDefault="0053232A">
      <w:pPr>
        <w:spacing w:after="100"/>
        <w:jc w:val="center"/>
        <w:rPr>
          <w:lang w:val="pl-PL"/>
        </w:rPr>
      </w:pPr>
      <w:r w:rsidRPr="00837529">
        <w:rPr>
          <w:lang w:val="pl-PL"/>
        </w:rPr>
        <w:t>TOWARZYSTWA TECHNICZNEGO</w:t>
      </w:r>
    </w:p>
    <w:p w14:paraId="61C1B13D" w14:textId="77777777" w:rsidR="00DE793C" w:rsidRPr="00837529" w:rsidRDefault="0053232A">
      <w:pPr>
        <w:spacing w:after="100"/>
        <w:jc w:val="center"/>
        <w:rPr>
          <w:lang w:val="pl-PL"/>
        </w:rPr>
      </w:pPr>
      <w:r w:rsidRPr="00837529">
        <w:rPr>
          <w:lang w:val="pl-PL"/>
        </w:rPr>
        <w:t>UL. MALBORSKA 10/6</w:t>
      </w:r>
    </w:p>
    <w:p w14:paraId="5EB96E97" w14:textId="77777777" w:rsidR="00DE793C" w:rsidRPr="00837529" w:rsidRDefault="0053232A">
      <w:pPr>
        <w:spacing w:after="240"/>
        <w:jc w:val="center"/>
        <w:rPr>
          <w:lang w:val="pl-PL"/>
        </w:rPr>
      </w:pPr>
      <w:r w:rsidRPr="00837529">
        <w:rPr>
          <w:lang w:val="pl-PL"/>
        </w:rPr>
        <w:t xml:space="preserve">30-563 </w:t>
      </w:r>
      <w:r w:rsidRPr="00837529">
        <w:rPr>
          <w:lang w:val="pl-PL"/>
        </w:rPr>
        <w:t>Kraków</w:t>
      </w:r>
    </w:p>
    <w:p w14:paraId="0AD4733F" w14:textId="77777777" w:rsidR="00DE793C" w:rsidRPr="00837529" w:rsidRDefault="0053232A">
      <w:pPr>
        <w:spacing w:after="160"/>
        <w:jc w:val="center"/>
        <w:rPr>
          <w:lang w:val="pl-PL"/>
        </w:rPr>
      </w:pPr>
      <w:r w:rsidRPr="00837529">
        <w:rPr>
          <w:lang w:val="pl-PL"/>
        </w:rPr>
        <w:t>PROSZĘ O PRZYJĘCIE MNIE DO GRONA CZŁONKÓW TOWARZYSTWA.</w:t>
      </w:r>
    </w:p>
    <w:p w14:paraId="1355E9F1" w14:textId="79C391CB" w:rsidR="00DE793C" w:rsidRPr="00837529" w:rsidRDefault="0053232A">
      <w:pPr>
        <w:spacing w:after="300"/>
        <w:jc w:val="center"/>
        <w:rPr>
          <w:lang w:val="pl-PL"/>
        </w:rPr>
      </w:pPr>
      <w:r w:rsidRPr="00837529">
        <w:rPr>
          <w:lang w:val="pl-PL"/>
        </w:rPr>
        <w:t xml:space="preserve">ZOBOWIĄZUJĘ SIĘ PRZESTRZEGAĆ POSTANOWIEŃ STATUTU </w:t>
      </w:r>
      <w:proofErr w:type="spellStart"/>
      <w:r w:rsidRPr="00837529">
        <w:rPr>
          <w:lang w:val="pl-PL"/>
        </w:rPr>
        <w:t>KTT</w:t>
      </w:r>
      <w:proofErr w:type="spellEnd"/>
    </w:p>
    <w:p w14:paraId="5EBD2443" w14:textId="77777777" w:rsidR="00837529" w:rsidRPr="00837529" w:rsidRDefault="00837529">
      <w:pPr>
        <w:spacing w:after="300"/>
        <w:jc w:val="center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567"/>
        <w:gridCol w:w="4762"/>
      </w:tblGrid>
      <w:tr w:rsidR="00DE793C" w:rsidRPr="00837529" w14:paraId="135E2EE2" w14:textId="77777777">
        <w:trPr>
          <w:jc w:val="center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82EA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25F9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8890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8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4F5BE49D" w14:textId="77777777" w:rsidR="00DE793C" w:rsidRPr="00837529" w:rsidRDefault="0053232A">
            <w:pPr>
              <w:keepLines/>
              <w:jc w:val="center"/>
              <w:rPr>
                <w:lang w:val="pl-PL"/>
              </w:rPr>
            </w:pPr>
            <w:r w:rsidRPr="00837529">
              <w:rPr>
                <w:sz w:val="20"/>
                <w:lang w:val="pl-PL"/>
              </w:rPr>
              <w:t>Podpis</w:t>
            </w:r>
          </w:p>
        </w:tc>
      </w:tr>
    </w:tbl>
    <w:p w14:paraId="1F395165" w14:textId="77777777" w:rsidR="00DE793C" w:rsidRPr="00837529" w:rsidRDefault="00DE793C">
      <w:pPr>
        <w:spacing w:after="140"/>
        <w:rPr>
          <w:lang w:val="pl-PL"/>
        </w:rPr>
      </w:pPr>
    </w:p>
    <w:p w14:paraId="3B93BFE6" w14:textId="77777777" w:rsidR="00837529" w:rsidRPr="00837529" w:rsidRDefault="00837529">
      <w:pPr>
        <w:spacing w:after="200"/>
        <w:jc w:val="center"/>
        <w:rPr>
          <w:lang w:val="pl-PL"/>
        </w:rPr>
      </w:pPr>
    </w:p>
    <w:p w14:paraId="74F4597E" w14:textId="19250093" w:rsidR="00DE793C" w:rsidRPr="00837529" w:rsidRDefault="0053232A">
      <w:pPr>
        <w:spacing w:after="200"/>
        <w:jc w:val="center"/>
        <w:rPr>
          <w:lang w:val="pl-PL"/>
        </w:rPr>
      </w:pPr>
      <w:r w:rsidRPr="00837529">
        <w:rPr>
          <w:lang w:val="pl-PL"/>
        </w:rPr>
        <w:t>WNIOSKUJĄ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1616"/>
        <w:gridCol w:w="4195"/>
      </w:tblGrid>
      <w:tr w:rsidR="00DE793C" w:rsidRPr="00837529" w14:paraId="4D6F183C" w14:textId="77777777">
        <w:trPr>
          <w:jc w:val="center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A33C1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6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51404C0D" w14:textId="77777777" w:rsidR="00DE793C" w:rsidRPr="00837529" w:rsidRDefault="0053232A">
            <w:pPr>
              <w:keepLines/>
              <w:spacing w:after="160"/>
              <w:jc w:val="center"/>
              <w:rPr>
                <w:lang w:val="pl-PL"/>
              </w:rPr>
            </w:pPr>
            <w:r w:rsidRPr="00837529">
              <w:rPr>
                <w:sz w:val="20"/>
                <w:lang w:val="pl-PL"/>
              </w:rPr>
              <w:t>Imię i nazwisko</w:t>
            </w:r>
          </w:p>
          <w:p w14:paraId="2AB27FDE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6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1CE025C4" w14:textId="77777777" w:rsidR="00DE793C" w:rsidRPr="00837529" w:rsidRDefault="0053232A">
            <w:pPr>
              <w:keepLines/>
              <w:jc w:val="center"/>
              <w:rPr>
                <w:lang w:val="pl-PL"/>
              </w:rPr>
            </w:pPr>
            <w:r w:rsidRPr="00837529">
              <w:rPr>
                <w:sz w:val="20"/>
                <w:lang w:val="pl-PL"/>
              </w:rPr>
              <w:t>Podpis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99EE" w14:textId="77777777" w:rsidR="00DE793C" w:rsidRPr="00837529" w:rsidRDefault="00DE793C">
            <w:pPr>
              <w:keepLines/>
              <w:rPr>
                <w:lang w:val="pl-PL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3578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6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2B734005" w14:textId="77777777" w:rsidR="00DE793C" w:rsidRPr="00837529" w:rsidRDefault="0053232A">
            <w:pPr>
              <w:keepLines/>
              <w:spacing w:after="160"/>
              <w:jc w:val="center"/>
              <w:rPr>
                <w:lang w:val="pl-PL"/>
              </w:rPr>
            </w:pPr>
            <w:r w:rsidRPr="00837529">
              <w:rPr>
                <w:sz w:val="20"/>
                <w:lang w:val="pl-PL"/>
              </w:rPr>
              <w:t>Imię i nazwisko</w:t>
            </w:r>
          </w:p>
          <w:p w14:paraId="7F6BCA5E" w14:textId="77777777" w:rsidR="00DE793C" w:rsidRPr="00837529" w:rsidRDefault="0053232A">
            <w:pPr>
              <w:keepLines/>
              <w:pBdr>
                <w:bottom w:val="dotted" w:sz="5" w:space="1" w:color="666666"/>
              </w:pBdr>
              <w:spacing w:after="60"/>
              <w:rPr>
                <w:lang w:val="pl-PL"/>
              </w:rPr>
            </w:pPr>
            <w:r w:rsidRPr="00837529">
              <w:rPr>
                <w:lang w:val="pl-PL"/>
              </w:rPr>
              <w:t> </w:t>
            </w:r>
          </w:p>
          <w:p w14:paraId="653F6E15" w14:textId="77777777" w:rsidR="00DE793C" w:rsidRPr="00837529" w:rsidRDefault="0053232A">
            <w:pPr>
              <w:keepLines/>
              <w:jc w:val="center"/>
              <w:rPr>
                <w:lang w:val="pl-PL"/>
              </w:rPr>
            </w:pPr>
            <w:r w:rsidRPr="00837529">
              <w:rPr>
                <w:sz w:val="20"/>
                <w:lang w:val="pl-PL"/>
              </w:rPr>
              <w:t>Podpis</w:t>
            </w:r>
          </w:p>
        </w:tc>
      </w:tr>
    </w:tbl>
    <w:p w14:paraId="3A019242" w14:textId="77777777" w:rsidR="0053232A" w:rsidRPr="00837529" w:rsidRDefault="0053232A">
      <w:pPr>
        <w:rPr>
          <w:lang w:val="pl-PL"/>
        </w:rPr>
      </w:pPr>
    </w:p>
    <w:sectPr w:rsidR="0053232A" w:rsidRPr="00837529" w:rsidSect="00034616">
      <w:footerReference w:type="default" r:id="rId9"/>
      <w:pgSz w:w="11906" w:h="16838"/>
      <w:pgMar w:top="709" w:right="935" w:bottom="709" w:left="935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68A87" w14:textId="77777777" w:rsidR="0053232A" w:rsidRDefault="0053232A">
      <w:r>
        <w:separator/>
      </w:r>
    </w:p>
  </w:endnote>
  <w:endnote w:type="continuationSeparator" w:id="0">
    <w:p w14:paraId="4E9B2A6D" w14:textId="77777777" w:rsidR="0053232A" w:rsidRDefault="00532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09F0" w14:textId="77777777" w:rsidR="00DE793C" w:rsidRDefault="0053232A">
    <w:pPr>
      <w:pStyle w:val="Stopka"/>
      <w:jc w:val="center"/>
    </w:pPr>
    <w:r>
      <w:rPr>
        <w:color w:val="919191"/>
        <w:sz w:val="15"/>
      </w:rPr>
      <w:t>Krakowskie Towarzystwo Techniczne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7B08B" w14:textId="77777777" w:rsidR="0053232A" w:rsidRDefault="0053232A">
      <w:r>
        <w:separator/>
      </w:r>
    </w:p>
  </w:footnote>
  <w:footnote w:type="continuationSeparator" w:id="0">
    <w:p w14:paraId="180154E9" w14:textId="77777777" w:rsidR="0053232A" w:rsidRDefault="00532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232A"/>
    <w:rsid w:val="00837529"/>
    <w:rsid w:val="00AA1D8D"/>
    <w:rsid w:val="00B47730"/>
    <w:rsid w:val="00CB0664"/>
    <w:rsid w:val="00DE79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00E45"/>
  <w14:defaultImageDpi w14:val="300"/>
  <w15:docId w15:val="{E74798AB-73DB-44B5-9280-F2442516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członkowska Krakowskiego Towarzystwa Technicznego</dc:title>
  <dc:subject>Formularz członkowski</dc:subject>
  <dc:creator>Krakowskie Towarzystwo Techniczne</dc:creator>
  <cp:keywords/>
  <dc:description>generated by python-docx</dc:description>
  <cp:lastModifiedBy>Justyna Kobylarczyk</cp:lastModifiedBy>
  <cp:revision>2</cp:revision>
  <dcterms:created xsi:type="dcterms:W3CDTF">2013-12-23T23:15:00Z</dcterms:created>
  <dcterms:modified xsi:type="dcterms:W3CDTF">2026-07-20T10:43:00Z</dcterms:modified>
  <cp:category/>
</cp:coreProperties>
</file>